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🔟 שברים עשרוניים ואומדן מכפלות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בחיבור ובחיסור של עשרוניים מסדרים נקודה מתחת לנקודה, ואפשר להוסיף אפסים בסוף (2.5 = 2.50). בכפל ב־10/100/1,000 הנקודה זזה ימינה 1/2/3 מקומות.✏️ דוגמה: המכפלה 39.8 × 1.03 קרובה ל־: 0.4 / 4 / 40 / 400? ← 39.8 ≈ 40 ← 1.03 ≈ 1 ← 40 × 1 = 40 ← התשובה: 40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המכפלה ⁦100.2 × 0.98⁩ קרובה ל־</w:t>
      </w:r>
    </w:p>
    <w:p>
      <w:pPr>
        <w:bidi w:val="1"/>
        <w:jc w:val="right"/>
      </w:pPr>
      <w:r>
        <w:rPr>
          <w:rtl w:val="1"/>
        </w:rPr>
        <w:t>◯ ⁦10,000⁩     ◯ ⁦100⁩     ◯ ⁦10⁩     ◯ ⁦1⁩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המכפלה ⁦99.7 × 0.98⁩ קרובה ל־</w:t>
      </w:r>
    </w:p>
    <w:p>
      <w:pPr>
        <w:bidi w:val="1"/>
        <w:jc w:val="right"/>
      </w:pPr>
      <w:r>
        <w:rPr>
          <w:rtl w:val="1"/>
        </w:rPr>
        <w:t>◯ ⁦1⁩     ◯ ⁦10,000⁩     ◯ ⁦100⁩     ◯ ⁦10⁩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המכפלה ⁦59.8 × 1.02⁩ קרובה ל־</w:t>
      </w:r>
    </w:p>
    <w:p>
      <w:pPr>
        <w:bidi w:val="1"/>
        <w:jc w:val="right"/>
      </w:pPr>
      <w:r>
        <w:rPr>
          <w:rtl w:val="1"/>
        </w:rPr>
        <w:t>◯ ⁦6,000⁩     ◯ ⁦60⁩     ◯ ⁦6⁩     ◯ ⁦0.6⁩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המכפלה ⁦59.9 × 1.02⁩ קרובה ל־</w:t>
      </w:r>
    </w:p>
    <w:p>
      <w:pPr>
        <w:bidi w:val="1"/>
        <w:jc w:val="right"/>
      </w:pPr>
      <w:r>
        <w:rPr>
          <w:rtl w:val="1"/>
        </w:rPr>
        <w:t>◯ ⁦0.6⁩     ◯ ⁦6⁩     ◯ ⁦6,000⁩     ◯ ⁦60⁩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המכפלה ⁦40.1 × 0.98⁩ קרובה ל־</w:t>
      </w:r>
    </w:p>
    <w:p>
      <w:pPr>
        <w:bidi w:val="1"/>
        <w:jc w:val="right"/>
      </w:pPr>
      <w:r>
        <w:rPr>
          <w:rtl w:val="1"/>
        </w:rPr>
        <w:t>◯ ⁦0.4⁩     ◯ ⁦40⁩     ◯ ⁦4⁩     ◯ ⁦4,000⁩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המכפלה ⁦100.2 × 0.97⁩ קרובה ל־</w:t>
      </w:r>
    </w:p>
    <w:p>
      <w:pPr>
        <w:bidi w:val="1"/>
        <w:jc w:val="right"/>
      </w:pPr>
      <w:r>
        <w:rPr>
          <w:rtl w:val="1"/>
        </w:rPr>
        <w:t>◯ ⁦10,000⁩     ◯ ⁦100⁩     ◯ ⁦10⁩     ◯ ⁦1⁩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⁦5.62 − 0.39⁩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⁦9.92 − 0.76⁩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⁦6.22 × 100⁩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⁦0.92 × 1,000⁩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⁦1.4 + 0.2 × 4.2⁩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⁦0.5 + 0.7 × 1.1⁩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יודעים, בלי לחשב, שהמכפלה 60.2 × 0.98 קטנה מ־60.2.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המכפלה ⁦6.99 × 0.52⁩ קרובה ל־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שברים עשרוניים ואומדן מכפלות</w:t>
      </w:r>
    </w:p>
    <w:p>
      <w:pPr>
        <w:bidi w:val="1"/>
        <w:jc w:val="right"/>
      </w:pPr>
      <w:r>
        <w:rPr>
          <w:rtl w:val="1"/>
        </w:rPr>
        <w:t>פתרו: ⁦9.97 × 10⁩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⁦1.88 × 100⁩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