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🔟 שברים עשרוניים ואומדן מכפלות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דף עבודה – מהדורה למורה (תשובות בהתחלה) + דפי תלמיד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🎓 מהדורה למורה – תשובות בהתחלה · יצרה: רוית ראש בן ישי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🔑 תשובות (למורה)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חלק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שאלה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תשובה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⁦60⁩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⁦60⁩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⁦40⁩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6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⁦5.23⁩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⁦9.16⁩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⁦622⁩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⁦920⁩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⁦2.24⁩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6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⁦1.27⁩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כפל במספר שקטן מ־1 (0.98) מקטין את המספר. לכן התוצאה קטנה מעט מ־60.2 (וקרובה ל־60).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 אתגר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⁦3.5⁩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כרטיס יציאה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⁦99.7⁩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כרטיס יציאה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⁦188⁩</w:t>
            </w:r>
          </w:p>
        </w:tc>
      </w:tr>
    </w:tbl>
    <w:p/>
    <w:p>
      <w:pPr>
        <w:bidi w:val="1"/>
        <w:jc w:val="right"/>
      </w:pPr>
      <w:r>
        <w:rPr>
          <w:b/>
          <w:rtl w:val="1"/>
          <w:bCs/>
        </w:rPr>
        <w:t>טיפ להוראה: בכפל עשרוניים: מכפילים כמו שלמים, ואז סופרים כמה ספרות יש אחרי הנקודה בשני הגורמים יחד.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📄 דפי התלמיד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📖 תזכורת: בחיבור ובחיסור של עשרוניים מסדרים נקודה מתחת לנקודה, ואפשר להוסיף אפסים בסוף (2.5 = 2.50). בכפל ב־10/100/1,000 הנקודה זזה ימינה 1/2/3 מקומות.✏️ דוגמה: המכפלה 39.8 × 1.03 קרובה ל־: 0.4 / 4 / 40 / 400? ← 39.8 ≈ 40 ← 1.03 ≈ 1 ← 40 × 1 = 40 ← התשובה: 40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מבחן אמריקאי</w:t>
      </w:r>
    </w:p>
    <w:p>
      <w:pPr>
        <w:bidi w:val="1"/>
        <w:jc w:val="right"/>
      </w:pPr>
      <w:r>
        <w:rPr>
          <w:b/>
          <w:rtl w:val="1"/>
          <w:bCs/>
        </w:rPr>
        <w:t>בחלק זה תבחרו תשובה אחת נכונה. הקיפו אותה בעיגול. כדאי להעריך קודם!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המכפלה ⁦100.2 × 0.98⁩ קרובה ל־</w:t>
      </w:r>
    </w:p>
    <w:p>
      <w:pPr>
        <w:bidi w:val="1"/>
        <w:jc w:val="right"/>
      </w:pPr>
      <w:r>
        <w:rPr>
          <w:rtl w:val="1"/>
        </w:rPr>
        <w:t>◯ ⁦10,000⁩     ◯ ⁦100⁩     ◯ ⁦10⁩     ◯ ⁦1⁩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המכפלה ⁦99.7 × 0.98⁩ קרובה ל־</w:t>
      </w:r>
    </w:p>
    <w:p>
      <w:pPr>
        <w:bidi w:val="1"/>
        <w:jc w:val="right"/>
      </w:pPr>
      <w:r>
        <w:rPr>
          <w:rtl w:val="1"/>
        </w:rPr>
        <w:t>◯ ⁦1⁩     ◯ ⁦10,000⁩     ◯ ⁦100⁩     ◯ ⁦10⁩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המכפלה ⁦59.8 × 1.02⁩ קרובה ל־</w:t>
      </w:r>
    </w:p>
    <w:p>
      <w:pPr>
        <w:bidi w:val="1"/>
        <w:jc w:val="right"/>
      </w:pPr>
      <w:r>
        <w:rPr>
          <w:rtl w:val="1"/>
        </w:rPr>
        <w:t>◯ ⁦6,000⁩     ◯ ⁦60⁩     ◯ ⁦6⁩     ◯ ⁦0.6⁩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המכפלה ⁦59.9 × 1.02⁩ קרובה ל־</w:t>
      </w:r>
    </w:p>
    <w:p>
      <w:pPr>
        <w:bidi w:val="1"/>
        <w:jc w:val="right"/>
      </w:pPr>
      <w:r>
        <w:rPr>
          <w:rtl w:val="1"/>
        </w:rPr>
        <w:t>◯ ⁦0.6⁩     ◯ ⁦6⁩     ◯ ⁦6,000⁩     ◯ ⁦60⁩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המכפלה ⁦40.1 × 0.98⁩ קרובה ל־</w:t>
      </w:r>
    </w:p>
    <w:p>
      <w:pPr>
        <w:bidi w:val="1"/>
        <w:jc w:val="right"/>
      </w:pPr>
      <w:r>
        <w:rPr>
          <w:rtl w:val="1"/>
        </w:rPr>
        <w:t>◯ ⁦0.4⁩     ◯ ⁦40⁩     ◯ ⁦4⁩     ◯ ⁦4,000⁩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המכפלה ⁦100.2 × 0.97⁩ קרובה ל־</w:t>
      </w:r>
    </w:p>
    <w:p>
      <w:pPr>
        <w:bidi w:val="1"/>
        <w:jc w:val="right"/>
      </w:pPr>
      <w:r>
        <w:rPr>
          <w:rtl w:val="1"/>
        </w:rPr>
        <w:t>◯ ⁦10,000⁩     ◯ ⁦100⁩     ◯ ⁦10⁩     ◯ ⁦1⁩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פתרו</w:t>
      </w:r>
    </w:p>
    <w:p>
      <w:pPr>
        <w:bidi w:val="1"/>
        <w:jc w:val="right"/>
      </w:pPr>
      <w:r>
        <w:rPr>
          <w:b/>
          <w:rtl w:val="1"/>
          <w:bCs/>
        </w:rPr>
        <w:t>פתרו כל תרגיל, הציגו את דרך הפתרון וכתבו את התשובה על הקו.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פתרו: ⁦5.62 − 0.39⁩ =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פתרו: ⁦9.92 − 0.76⁩ =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פתרו: ⁦6.22 × 100⁩ =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פתרו: ⁦0.92 × 1,000⁩ =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פתרו: ⁦1.4 + 0.2 × 4.2⁩ =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פתרו: ⁦0.5 + 0.7 × 1.1⁩ =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חושבים ומסבירים</w:t>
      </w:r>
    </w:p>
    <w:p>
      <w:pPr>
        <w:bidi w:val="1"/>
        <w:jc w:val="right"/>
      </w:pPr>
      <w:r>
        <w:rPr>
          <w:b/>
          <w:rtl w:val="1"/>
          <w:bCs/>
        </w:rPr>
        <w:t>בחלק זה תסבירו במילים שלכם – כמו שהייתם מסבירים לחבר או לחברה.</w:t>
      </w:r>
    </w:p>
    <w:p>
      <w:pPr>
        <w:bidi w:val="1"/>
        <w:jc w:val="right"/>
      </w:pPr>
      <w:r>
        <w:rPr>
          <w:rtl w:val="1"/>
        </w:rPr>
        <w:t>1. הסבירו איך: הסבירו איך יודעים, בלי לחשב, שהמכפלה 60.2 × 0.98 קטנה מ־60.2.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2. 🏆 אתגר: המכפלה ⁦6.99 × 0.52⁩ קרובה ל־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 – שברים עשרוניים ואומדן מכפלות</w:t>
      </w:r>
    </w:p>
    <w:p>
      <w:pPr>
        <w:bidi w:val="1"/>
        <w:jc w:val="right"/>
      </w:pPr>
      <w:r>
        <w:rPr>
          <w:rtl w:val="1"/>
        </w:rPr>
        <w:t>פתרו: ⁦9.97 × 10⁩ =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פתרו: ⁦1.88 × 100⁩ =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מה היה לי קל היום? מה עוד קשה לי?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