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right"/>
      </w:pPr>
      <w:r>
        <w:rPr>
          <w:b/>
          <w:color w:val="3B23A8"/>
          <w:sz w:val="44"/>
          <w:rtl w:val="1"/>
          <w:bCs/>
          <w:szCs w:val="44"/>
        </w:rPr>
        <w:t>⚖️ השוואה: גדול, קטן, שווה</w:t>
      </w:r>
    </w:p>
    <w:p>
      <w:pPr>
        <w:bidi w:val="1"/>
        <w:jc w:val="right"/>
      </w:pPr>
      <w:r>
        <w:rPr>
          <w:color w:val="5A5A5A"/>
          <w:sz w:val="26"/>
          <w:rtl w:val="1"/>
          <w:szCs w:val="26"/>
        </w:rPr>
        <w:t>דף עבודה – מהדורה למורה (תשובות בהתחלה) + דפי תלמיד</w:t>
      </w:r>
    </w:p>
    <w:p>
      <w:pPr>
        <w:bidi w:val="1"/>
        <w:jc w:val="right"/>
      </w:pPr>
      <w:r>
        <w:rPr>
          <w:color w:val="3B23A8"/>
          <w:sz w:val="20"/>
          <w:rtl w:val="1"/>
          <w:szCs w:val="20"/>
        </w:rPr>
        <w:t>🎓 מהדורה למורה – תשובות בהתחלה · יצרה: רוית ראש בן ישי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🔑 תשובות (למורה)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b/>
                <w:rtl w:val="1"/>
                <w:bCs/>
              </w:rPr>
              <w:t>חלק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b/>
                <w:rtl w:val="1"/>
                <w:bCs/>
              </w:rPr>
              <w:t>שאלה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b/>
                <w:rtl w:val="1"/>
                <w:bCs/>
              </w:rPr>
              <w:t>תשובה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א׳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1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⁦&gt;⁩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א׳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2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⁦&lt;⁩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א׳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3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⁦&lt;⁩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א׳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4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⁦=⁩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א׳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5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⁦&lt;⁩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א׳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6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⁦=⁩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ג׳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1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30% של 70 = 30 × 70 : 100, ו־70% של 30 = 70 × 30 : 100. כפל אפשר לעשות בכל סדר, ולכן שתי התוצאות שוות (21).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ג׳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2 אתגר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⁦=⁩</w:t>
            </w:r>
          </w:p>
        </w:tc>
      </w:tr>
    </w:tbl>
    <w:p/>
    <w:p>
      <w:pPr>
        <w:bidi w:val="1"/>
        <w:jc w:val="right"/>
      </w:pPr>
      <w:r>
        <w:rPr>
          <w:b/>
          <w:rtl w:val="1"/>
          <w:bCs/>
        </w:rPr>
        <w:t>טיפ להוראה: 'התנין' &gt; &lt; תמיד פותח את הפה לכיוון המספר הגדול.</w:t>
      </w:r>
    </w:p>
    <w:p>
      <w:r>
        <w:br w:type="page"/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📄 דפי התלמיד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שם: ____________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כיתה: 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תאריך: ________</w:t>
            </w:r>
          </w:p>
        </w:tc>
      </w:tr>
    </w:tbl>
    <w:p/>
    <w:p>
      <w:pPr>
        <w:bidi w:val="1"/>
        <w:jc w:val="right"/>
      </w:pPr>
      <w:r>
        <w:rPr>
          <w:rtl w:val="1"/>
        </w:rPr>
        <w:t>📖 תזכורת: הסימן &gt; פירושו 'גדול מ־', הסימן &lt; פירושו 'קטן מ־', ו־= פירושו 'שווה'. קוראים את התרגיל משמאל לימין: 7 &gt; 3 – 'שבע גדול משלוש'. הפה של הסימן פתוח תמיד אל המספר הגדול.✏️ דוגמה: השלימו: 9,999 : 3 ☐ 9,999 × 3 ← חילוק ב־3 מקטין את 9,999 ← כפל ב־3 מגדיל את 9,999 ← לכן: 9,999 : 3 &lt; 9,999 × 3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חלק א׳ – מבחן אמריקאי</w:t>
      </w:r>
    </w:p>
    <w:p>
      <w:pPr>
        <w:bidi w:val="1"/>
        <w:jc w:val="right"/>
      </w:pPr>
      <w:r>
        <w:rPr>
          <w:b/>
          <w:rtl w:val="1"/>
          <w:bCs/>
        </w:rPr>
        <w:t>בחלק זה תבחרו תשובה אחת נכונה. הקיפו אותה בעיגול. כדאי להעריך קודם!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השלימו &gt;, &lt; או = : ⁦170 + 835 ☐ 995⁩</w:t>
      </w:r>
    </w:p>
    <w:p>
      <w:pPr>
        <w:bidi w:val="1"/>
        <w:jc w:val="right"/>
      </w:pPr>
      <w:r>
        <w:rPr>
          <w:rtl w:val="1"/>
        </w:rPr>
        <w:t>◯ ⁦&gt;⁩     ◯ ⁦&lt;⁩     ◯ ⁦=⁩</w:t>
      </w:r>
    </w:p>
    <w:p>
      <w:pPr>
        <w:bidi w:val="1"/>
        <w:jc w:val="right"/>
      </w:pPr>
      <w:r>
        <w:rPr>
          <w:b/>
          <w:rtl w:val="1"/>
          <w:bCs/>
        </w:rPr>
        <w:t xml:space="preserve">2. </w:t>
      </w:r>
      <w:r>
        <w:rPr>
          <w:rtl w:val="1"/>
        </w:rPr>
        <w:t>השלימו &gt;, &lt; או = : ⁦302 + 849 ☐ 1,161⁩</w:t>
      </w:r>
    </w:p>
    <w:p>
      <w:pPr>
        <w:bidi w:val="1"/>
        <w:jc w:val="right"/>
      </w:pPr>
      <w:r>
        <w:rPr>
          <w:rtl w:val="1"/>
        </w:rPr>
        <w:t>◯ ⁦&gt;⁩     ◯ ⁦&lt;⁩     ◯ ⁦=⁩</w:t>
      </w:r>
    </w:p>
    <w:p>
      <w:pPr>
        <w:bidi w:val="1"/>
        <w:jc w:val="right"/>
      </w:pPr>
      <w:r>
        <w:rPr>
          <w:b/>
          <w:rtl w:val="1"/>
          <w:bCs/>
        </w:rPr>
        <w:t xml:space="preserve">3. </w:t>
      </w:r>
      <w:r>
        <w:rPr>
          <w:rtl w:val="1"/>
        </w:rPr>
        <w:t>השלימו &gt;, &lt; או = : ⁦403,845 ☐ 403,935⁩</w:t>
      </w:r>
    </w:p>
    <w:p>
      <w:pPr>
        <w:bidi w:val="1"/>
        <w:jc w:val="right"/>
      </w:pPr>
      <w:r>
        <w:rPr>
          <w:rtl w:val="1"/>
        </w:rPr>
        <w:t>◯ ⁦&gt;⁩     ◯ ⁦&lt;⁩     ◯ ⁦=⁩</w:t>
      </w:r>
    </w:p>
    <w:p>
      <w:pPr>
        <w:bidi w:val="1"/>
        <w:jc w:val="right"/>
      </w:pPr>
      <w:r>
        <w:rPr>
          <w:b/>
          <w:rtl w:val="1"/>
          <w:bCs/>
        </w:rPr>
        <w:t xml:space="preserve">4. </w:t>
      </w:r>
      <w:r>
        <w:rPr>
          <w:rtl w:val="1"/>
        </w:rPr>
        <w:t>השלימו &gt;, &lt; או = : ⁦163,215 ☐ 163,215⁩</w:t>
      </w:r>
    </w:p>
    <w:p>
      <w:pPr>
        <w:bidi w:val="1"/>
        <w:jc w:val="right"/>
      </w:pPr>
      <w:r>
        <w:rPr>
          <w:rtl w:val="1"/>
        </w:rPr>
        <w:t>◯ ⁦&gt;⁩     ◯ ⁦&lt;⁩     ◯ ⁦=⁩</w:t>
      </w:r>
    </w:p>
    <w:p>
      <w:pPr>
        <w:bidi w:val="1"/>
        <w:jc w:val="right"/>
      </w:pPr>
      <w:r>
        <w:rPr>
          <w:b/>
          <w:rtl w:val="1"/>
          <w:bCs/>
        </w:rPr>
        <w:t xml:space="preserve">5. </w:t>
      </w:r>
      <w:r>
        <w:rPr>
          <w:rtl w:val="1"/>
        </w:rPr>
        <w:t>השלימו &gt;, &lt; או = : ⁦901,137 ☐ 901,227⁩</w:t>
      </w:r>
    </w:p>
    <w:p>
      <w:pPr>
        <w:bidi w:val="1"/>
        <w:jc w:val="right"/>
      </w:pPr>
      <w:r>
        <w:rPr>
          <w:rtl w:val="1"/>
        </w:rPr>
        <w:t>◯ ⁦&gt;⁩     ◯ ⁦&lt;⁩     ◯ ⁦=⁩</w:t>
      </w:r>
    </w:p>
    <w:p>
      <w:pPr>
        <w:bidi w:val="1"/>
        <w:jc w:val="right"/>
      </w:pPr>
      <w:r>
        <w:rPr>
          <w:b/>
          <w:rtl w:val="1"/>
          <w:bCs/>
        </w:rPr>
        <w:t xml:space="preserve">6. </w:t>
      </w:r>
      <w:r>
        <w:rPr>
          <w:rtl w:val="1"/>
        </w:rPr>
        <w:t>השלימו &gt;, &lt; או = : ⁦105 + 572 ☐ 677⁩</w:t>
      </w:r>
    </w:p>
    <w:p>
      <w:pPr>
        <w:bidi w:val="1"/>
        <w:jc w:val="right"/>
      </w:pPr>
      <w:r>
        <w:rPr>
          <w:rtl w:val="1"/>
        </w:rPr>
        <w:t>◯ ⁦&gt;⁩     ◯ ⁦&lt;⁩     ◯ ⁦=⁩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חלק ב׳ – פתרו</w:t>
      </w:r>
    </w:p>
    <w:p>
      <w:pPr>
        <w:bidi w:val="1"/>
        <w:jc w:val="right"/>
      </w:pPr>
      <w:r>
        <w:rPr>
          <w:b/>
          <w:rtl w:val="1"/>
          <w:bCs/>
        </w:rPr>
        <w:t>פתרו כל תרגיל, הציגו את דרך הפתרון וכתבו את התשובה על הקו.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חלק ג׳ – חושבים ומסבירים</w:t>
      </w:r>
    </w:p>
    <w:p>
      <w:pPr>
        <w:bidi w:val="1"/>
        <w:jc w:val="right"/>
      </w:pPr>
      <w:r>
        <w:rPr>
          <w:b/>
          <w:rtl w:val="1"/>
          <w:bCs/>
        </w:rPr>
        <w:t>בחלק זה תסבירו במילים שלכם – כמו שהייתם מסבירים לחבר או לחברה.</w:t>
      </w:r>
    </w:p>
    <w:p>
      <w:pPr>
        <w:bidi w:val="1"/>
        <w:jc w:val="right"/>
      </w:pPr>
      <w:r>
        <w:rPr>
          <w:rtl w:val="1"/>
        </w:rPr>
        <w:t>1. הסבירו איך: הסבירו בלי לחשב למה 30% של 70 שווה ל־70% של 30.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rtl w:val="1"/>
        </w:rPr>
        <w:t>2. 🏆 אתגר: השלימו &gt;, &lt; או = : ⁦47 × 999 ☐ 47 × 1000 − 47⁩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rtl w:val="1"/>
        </w:rPr>
        <w:t>✂ - - - - - - - - - - - - - - - - - - - - - - - - - - - - - - - - - -</w:t>
      </w:r>
    </w:p>
    <w:p>
      <w:pPr>
        <w:bidi w:val="1"/>
        <w:jc w:val="right"/>
      </w:pPr>
      <w:r>
        <w:rPr>
          <w:b/>
          <w:rtl w:val="1"/>
          <w:bCs/>
        </w:rPr>
        <w:t>✂ כרטיס יציאה – השוואה: גדול, קטן, שווה</w:t>
      </w:r>
    </w:p>
    <w:p>
      <w:pPr>
        <w:bidi w:val="1"/>
        <w:jc w:val="right"/>
      </w:pPr>
      <w:r>
        <w:rPr>
          <w:rtl w:val="1"/>
        </w:rPr>
        <w:t>מה היה לי קל היום? מה עוד קשה לי?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sectPr w:rsidR="00FC693F" w:rsidRPr="0006063C" w:rsidSect="00034616">
      <w:pgSz w:w="11906" w:h="16838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