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🧩 השלמת תרגילים ושוויונות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כדי למצוא מספר חסר משתמשים בפעולה ההפוכה: חיבור ↔ חיסור, כפל ↔ חילוק. ☐ + 250 = 1,000 ← ☐ = 1,000 − 250.✏️ דוגמה: השלימו: 6,400 − 1,850 = ☐ − 1,830 ← המחסר בצד ימין קטן ב־20 (1,850 ← 1,830) ← כדי שההפרש יישאר זהה – גם המחוסר צריך לקטון ב־20 ← ☐ = 6,400 − 20 = 6,380 (בדיקה: שני הצדדים = 4,550)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השלימו: ⁦☐ + 116 = 1,000⁩</w:t>
      </w:r>
    </w:p>
    <w:p>
      <w:pPr>
        <w:bidi w:val="1"/>
        <w:jc w:val="right"/>
      </w:pPr>
      <w:r>
        <w:rPr>
          <w:rtl w:val="1"/>
        </w:rPr>
        <w:t>◯ ⁦884⁩     ◯ ⁦88.4⁩     ◯ ⁦885⁩     ◯ ⁦8,840⁩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השלימו: ⁦☐ + 848 = 1,000⁩</w:t>
      </w:r>
    </w:p>
    <w:p>
      <w:pPr>
        <w:bidi w:val="1"/>
        <w:jc w:val="right"/>
      </w:pPr>
      <w:r>
        <w:rPr>
          <w:rtl w:val="1"/>
        </w:rPr>
        <w:t>◯ ⁦1,520⁩     ◯ ⁦162⁩     ◯ ⁦15.2⁩     ◯ ⁦152⁩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השלימו: ⁦11 × ☐ = 121⁩</w:t>
      </w:r>
    </w:p>
    <w:p>
      <w:pPr>
        <w:bidi w:val="1"/>
        <w:jc w:val="right"/>
      </w:pPr>
      <w:r>
        <w:rPr>
          <w:rtl w:val="1"/>
        </w:rPr>
        <w:t>◯ ⁦110⁩     ◯ ⁦11⁩     ◯ ⁦13⁩     ◯ ⁦1.1⁩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השלימו: ⁦☐ − 80 = 392⁩</w:t>
      </w:r>
    </w:p>
    <w:p>
      <w:pPr>
        <w:bidi w:val="1"/>
        <w:jc w:val="right"/>
      </w:pPr>
      <w:r>
        <w:rPr>
          <w:rtl w:val="1"/>
        </w:rPr>
        <w:t>◯ ⁦472⁩     ◯ ⁦4,720⁩     ◯ ⁦47.2⁩     ◯ ⁦473⁩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השלימו: ⁦10 × ☐ = 140⁩</w:t>
      </w:r>
    </w:p>
    <w:p>
      <w:pPr>
        <w:bidi w:val="1"/>
        <w:jc w:val="right"/>
      </w:pPr>
      <w:r>
        <w:rPr>
          <w:rtl w:val="1"/>
        </w:rPr>
        <w:t>◯ ⁦16⁩     ◯ ⁦1.4⁩     ◯ ⁦14⁩     ◯ ⁦140⁩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השלימו: ⁦☐ + 594 = 2,000⁩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השלימו: ⁦12 × ☐ = 120⁩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השלימו: ⁦684 + 336 = 435 + ☐⁩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השלימו: ⁦858 + 698 = 843 + ☐⁩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השלימו: ⁦24 × 7 = 12 × ☐⁩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השלימו: ⁦6 × ☐ − 22 = 14⁩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מוצאים מספר שמתאים ל־☐ × 40 כך שהתוצאה תהיה בין 2,000 ל־2,400.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השלימו: ⁦96 × 36 = 32 × ☐⁩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השלמת תרגילים ושוויונות</w:t>
      </w:r>
    </w:p>
    <w:p>
      <w:pPr>
        <w:bidi w:val="1"/>
        <w:jc w:val="right"/>
      </w:pPr>
      <w:r>
        <w:rPr>
          <w:rtl w:val="1"/>
        </w:rPr>
        <w:t>השלימו: ⁦50 × 41 = 50 × 40 + 50 × ☐⁩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השלימו מספר מתאים: ⁦7,797 − 1,230 = ☐ − 1,270⁩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