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3B23A8"/>
          <w:sz w:val="44"/>
          <w:rtl w:val="1"/>
          <w:bCs/>
          <w:szCs w:val="44"/>
        </w:rPr>
        <w:t>🧩 השלמת תרגילים ושוויונות</w:t>
      </w:r>
    </w:p>
    <w:p>
      <w:pPr>
        <w:bidi w:val="1"/>
        <w:jc w:val="right"/>
      </w:pPr>
      <w:r>
        <w:rPr>
          <w:color w:val="5A5A5A"/>
          <w:sz w:val="26"/>
          <w:rtl w:val="1"/>
          <w:szCs w:val="26"/>
        </w:rPr>
        <w:t>דף עבודה – מהדורה למורה (תשובות בהתחלה) + דפי תלמיד</w:t>
      </w:r>
    </w:p>
    <w:p>
      <w:pPr>
        <w:bidi w:val="1"/>
        <w:jc w:val="right"/>
      </w:pPr>
      <w:r>
        <w:rPr>
          <w:color w:val="3B23A8"/>
          <w:sz w:val="20"/>
          <w:rtl w:val="1"/>
          <w:szCs w:val="20"/>
        </w:rPr>
        <w:t>🎓 מהדורה למורה – תשובות בהתחלה · יצרה: רוית ראש בן ישי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🔑 תשובות (למורה)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שאלה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b/>
                <w:rtl w:val="1"/>
                <w:bCs/>
              </w:rPr>
              <w:t>תשובה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⁦884⁩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⁦152⁩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⁦11⁩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⁦472⁩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⁦1,406⁩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⁦585⁩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4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⁦713⁩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⁦14⁩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⁦6⁩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מחלקים את הגבולות ב־40: 2,000 : 40 = 50 ו־2,400 : 40 = 60. כל מספר שלם שגדול מ־50 וקטן מ־60 מתאים, למשל 55 (55 × 40 = 2,200).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 אתגר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⁦108⁩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1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⁦1⁩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כרטיס יציאה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⁦7,837⁩</w:t>
            </w:r>
          </w:p>
        </w:tc>
      </w:tr>
    </w:tbl>
    <w:p/>
    <w:p>
      <w:pPr>
        <w:bidi w:val="1"/>
        <w:jc w:val="right"/>
      </w:pPr>
      <w:r>
        <w:rPr>
          <w:b/>
          <w:rtl w:val="1"/>
          <w:bCs/>
        </w:rPr>
        <w:t>טיפ להוראה: אחרי שהשלמתם – הציבו את המספר ובדקו ששני הצדדים שווים.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📄 דפי התלמיד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tl w:val="1"/>
              </w:rPr>
              <w:t>תאריך: ________</w:t>
            </w:r>
          </w:p>
        </w:tc>
      </w:tr>
    </w:tbl>
    <w:p/>
    <w:p>
      <w:pPr>
        <w:bidi w:val="1"/>
        <w:jc w:val="right"/>
      </w:pPr>
      <w:r>
        <w:rPr>
          <w:rtl w:val="1"/>
        </w:rPr>
        <w:t>📖 תזכורת: כדי למצוא מספר חסר משתמשים בפעולה ההפוכה: חיבור ↔ חיסור, כפל ↔ חילוק. ☐ + 250 = 1,000 ← ☐ = 1,000 − 250.✏️ דוגמה: השלימו: 6,400 − 1,850 = ☐ − 1,830 ← המחסר בצד ימין קטן ב־20 (1,850 ← 1,830) ← כדי שההפרש יישאר זהה – גם המחוסר צריך לקטון ב־20 ← ☐ = 6,400 − 20 = 6,380 (בדיקה: שני הצדדים = 4,550)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א׳ – מבחן אמריקאי</w:t>
      </w:r>
    </w:p>
    <w:p>
      <w:pPr>
        <w:bidi w:val="1"/>
        <w:jc w:val="right"/>
      </w:pPr>
      <w:r>
        <w:rPr>
          <w:b/>
          <w:rtl w:val="1"/>
          <w:bCs/>
        </w:rPr>
        <w:t>בחלק זה תבחרו תשובה אחת נכונה. הקיפו אותה בעיגול. כדאי להעריך קודם!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השלימו: ⁦☐ + 116 = 1,000⁩</w:t>
      </w:r>
    </w:p>
    <w:p>
      <w:pPr>
        <w:bidi w:val="1"/>
        <w:jc w:val="right"/>
      </w:pPr>
      <w:r>
        <w:rPr>
          <w:rtl w:val="1"/>
        </w:rPr>
        <w:t>◯ ⁦884⁩     ◯ ⁦88.4⁩     ◯ ⁦885⁩     ◯ ⁦8,840⁩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השלימו: ⁦☐ + 848 = 1,000⁩</w:t>
      </w:r>
    </w:p>
    <w:p>
      <w:pPr>
        <w:bidi w:val="1"/>
        <w:jc w:val="right"/>
      </w:pPr>
      <w:r>
        <w:rPr>
          <w:rtl w:val="1"/>
        </w:rPr>
        <w:t>◯ ⁦1,520⁩     ◯ ⁦162⁩     ◯ ⁦15.2⁩     ◯ ⁦152⁩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השלימו: ⁦11 × ☐ = 121⁩</w:t>
      </w:r>
    </w:p>
    <w:p>
      <w:pPr>
        <w:bidi w:val="1"/>
        <w:jc w:val="right"/>
      </w:pPr>
      <w:r>
        <w:rPr>
          <w:rtl w:val="1"/>
        </w:rPr>
        <w:t>◯ ⁦110⁩     ◯ ⁦11⁩     ◯ ⁦13⁩     ◯ ⁦1.1⁩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השלימו: ⁦☐ − 80 = 392⁩</w:t>
      </w:r>
    </w:p>
    <w:p>
      <w:pPr>
        <w:bidi w:val="1"/>
        <w:jc w:val="right"/>
      </w:pPr>
      <w:r>
        <w:rPr>
          <w:rtl w:val="1"/>
        </w:rPr>
        <w:t>◯ ⁦472⁩     ◯ ⁦4,720⁩     ◯ ⁦47.2⁩     ◯ ⁦473⁩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השלימו: ⁦10 × ☐ = 140⁩</w:t>
      </w:r>
    </w:p>
    <w:p>
      <w:pPr>
        <w:bidi w:val="1"/>
        <w:jc w:val="right"/>
      </w:pPr>
      <w:r>
        <w:rPr>
          <w:rtl w:val="1"/>
        </w:rPr>
        <w:t>◯ ⁦16⁩     ◯ ⁦1.4⁩     ◯ ⁦14⁩     ◯ ⁦140⁩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ב׳ – פתרו</w:t>
      </w:r>
    </w:p>
    <w:p>
      <w:pPr>
        <w:bidi w:val="1"/>
        <w:jc w:val="right"/>
      </w:pPr>
      <w:r>
        <w:rPr>
          <w:b/>
          <w:rtl w:val="1"/>
          <w:bCs/>
        </w:rPr>
        <w:t>פתרו כל תרגיל, הציגו את דרך הפתרון וכתבו את התשובה על הקו.</w:t>
      </w:r>
    </w:p>
    <w:p>
      <w:pPr>
        <w:bidi w:val="1"/>
        <w:jc w:val="right"/>
      </w:pPr>
      <w:r>
        <w:rPr>
          <w:b/>
          <w:rtl w:val="1"/>
          <w:bCs/>
        </w:rPr>
        <w:t xml:space="preserve">1. </w:t>
      </w:r>
      <w:r>
        <w:rPr>
          <w:rtl w:val="1"/>
        </w:rPr>
        <w:t>השלימו: ⁦☐ + 594 = 2,000⁩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2. </w:t>
      </w:r>
      <w:r>
        <w:rPr>
          <w:rtl w:val="1"/>
        </w:rPr>
        <w:t>השלימו: ⁦12 × ☐ = 120⁩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3. </w:t>
      </w:r>
      <w:r>
        <w:rPr>
          <w:rtl w:val="1"/>
        </w:rPr>
        <w:t>השלימו: ⁦684 + 336 = 435 + ☐⁩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4. </w:t>
      </w:r>
      <w:r>
        <w:rPr>
          <w:rtl w:val="1"/>
        </w:rPr>
        <w:t>השלימו: ⁦858 + 698 = 843 + ☐⁩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5. </w:t>
      </w:r>
      <w:r>
        <w:rPr>
          <w:rtl w:val="1"/>
        </w:rPr>
        <w:t>השלימו: ⁦24 × 7 = 12 × ☐⁩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bidi w:val="1"/>
        <w:jc w:val="right"/>
      </w:pPr>
      <w:r>
        <w:rPr>
          <w:b/>
          <w:rtl w:val="1"/>
          <w:bCs/>
        </w:rPr>
        <w:t xml:space="preserve">6. </w:t>
      </w:r>
      <w:r>
        <w:rPr>
          <w:rtl w:val="1"/>
        </w:rPr>
        <w:t>השלימו: ⁦6 × ☐ − 22 = 14⁩</w:t>
      </w:r>
    </w:p>
    <w:p>
      <w:pPr>
        <w:bidi w:val="1"/>
        <w:jc w:val="right"/>
      </w:pPr>
      <w:r>
        <w:rPr>
          <w:color w:val="5A5A5A"/>
          <w:rtl w:val="1"/>
        </w:rPr>
        <w:t>דרך הפתרון: ____________________________   תשובה: ________</w:t>
      </w:r>
    </w:p>
    <w:p>
      <w:pPr>
        <w:pStyle w:val="Heading1"/>
        <w:bidi w:val="1"/>
        <w:jc w:val="right"/>
      </w:pPr>
      <w:r>
        <w:rPr>
          <w:b/>
          <w:color w:val="3B23A8"/>
          <w:sz w:val="32"/>
          <w:rtl w:val="1"/>
          <w:bCs/>
          <w:szCs w:val="32"/>
        </w:rPr>
        <w:t>חלק ג׳ – חושבים ומסבירים</w:t>
      </w:r>
    </w:p>
    <w:p>
      <w:pPr>
        <w:bidi w:val="1"/>
        <w:jc w:val="right"/>
      </w:pPr>
      <w:r>
        <w:rPr>
          <w:b/>
          <w:rtl w:val="1"/>
          <w:bCs/>
        </w:rPr>
        <w:t>בחלק זה תסבירו במילים שלכם – כמו שהייתם מסבירים לחבר או לחברה.</w:t>
      </w:r>
    </w:p>
    <w:p>
      <w:pPr>
        <w:bidi w:val="1"/>
        <w:jc w:val="right"/>
      </w:pPr>
      <w:r>
        <w:rPr>
          <w:rtl w:val="1"/>
        </w:rPr>
        <w:t>1. הסבירו איך: הסבירו איך מוצאים מספר שמתאים ל־☐ × 40 כך שהתוצאה תהיה בין 2,000 ל־2,400.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2. 🏆 אתגר: השלימו: ⁦96 × 36 = 32 × ☐⁩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✂ - - - - - - - - - - - - - - - - - - - - - - - - - - - - - - - - - -</w:t>
      </w:r>
    </w:p>
    <w:p>
      <w:pPr>
        <w:bidi w:val="1"/>
        <w:jc w:val="right"/>
      </w:pPr>
      <w:r>
        <w:rPr>
          <w:b/>
          <w:rtl w:val="1"/>
          <w:bCs/>
        </w:rPr>
        <w:t>✂ כרטיס יציאה – השלמת תרגילים ושוויונות</w:t>
      </w:r>
    </w:p>
    <w:p>
      <w:pPr>
        <w:bidi w:val="1"/>
        <w:jc w:val="right"/>
      </w:pPr>
      <w:r>
        <w:rPr>
          <w:rtl w:val="1"/>
        </w:rPr>
        <w:t>השלימו: ⁦50 × 41 = 50 × 40 + 50 × ☐⁩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השלימו מספר מתאים: ⁦7,797 − 1,230 = ☐ − 1,270⁩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p>
      <w:pPr>
        <w:bidi w:val="1"/>
        <w:jc w:val="right"/>
      </w:pPr>
      <w:r>
        <w:rPr>
          <w:rtl w:val="1"/>
        </w:rPr>
        <w:t>מה היה לי קל היום? מה עוד קשה לי?</w:t>
      </w:r>
    </w:p>
    <w:p>
      <w:pPr>
        <w:bidi w:val="1"/>
        <w:jc w:val="right"/>
      </w:pPr>
      <w:r>
        <w:rPr>
          <w:color w:val="969696"/>
          <w:rtl w:val="1"/>
        </w:rPr>
        <w:t>________________________________________________________________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